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3513" w:rsidRDefault="00000000">
      <w:pPr>
        <w:spacing w:after="80" w:line="300" w:lineRule="auto"/>
        <w:rPr>
          <w:rFonts w:hint="default"/>
          <w:lang w:eastAsia="zh-CN"/>
        </w:rPr>
      </w:pPr>
      <w:r>
        <w:rPr>
          <w:b/>
          <w:color w:val="2E74B5"/>
          <w:sz w:val="44"/>
          <w:lang w:eastAsia="zh-CN"/>
        </w:rPr>
        <w:t>TRAE 编程培训考试评估卷</w:t>
      </w:r>
    </w:p>
    <w:p w:rsidR="009B3513" w:rsidRDefault="00000000">
      <w:pPr>
        <w:spacing w:after="240" w:line="300" w:lineRule="auto"/>
        <w:rPr>
          <w:rFonts w:hint="default"/>
          <w:lang w:eastAsia="zh-CN"/>
        </w:rPr>
      </w:pPr>
      <w:r>
        <w:rPr>
          <w:b/>
          <w:sz w:val="28"/>
          <w:lang w:eastAsia="zh-CN"/>
        </w:rPr>
        <w:t>实操 + 系统用户状态管理综合卷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7460"/>
      </w:tblGrid>
      <w:tr w:rsidR="009B3513">
        <w:trPr>
          <w:tblHeader/>
        </w:trPr>
        <w:tc>
          <w:tcPr>
            <w:tcW w:w="190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20"/>
              </w:rPr>
              <w:t>项目</w:t>
            </w:r>
          </w:p>
        </w:tc>
        <w:tc>
          <w:tcPr>
            <w:tcW w:w="746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20"/>
              </w:rPr>
              <w:t>说明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20"/>
              </w:rPr>
              <w:t>适用对象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20"/>
                <w:lang w:eastAsia="zh-CN"/>
              </w:rPr>
              <w:t>参加 TRAE 编程培训并完成 JeecgBoot 实战的技术学员。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20"/>
              </w:rPr>
              <w:t>考试形式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20"/>
              </w:rPr>
              <w:t>允许使用 TRAE，上机完成；提交 Markdown 产物包与 AI 使用记录。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20"/>
              </w:rPr>
              <w:t>建议时长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20"/>
                <w:lang w:eastAsia="zh-CN"/>
              </w:rPr>
              <w:t>90 分钟：A 卷 20 分钟，B 卷 60 分钟，提交检查 10 分钟。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20"/>
              </w:rPr>
              <w:t>总分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20"/>
                <w:lang w:eastAsia="zh-CN"/>
              </w:rPr>
              <w:t>100 分：</w:t>
            </w:r>
            <w:r w:rsidR="00594B39">
              <w:rPr>
                <w:sz w:val="20"/>
                <w:lang w:eastAsia="zh-CN"/>
              </w:rPr>
              <w:t>实操</w:t>
            </w:r>
            <w:r>
              <w:rPr>
                <w:sz w:val="20"/>
                <w:lang w:eastAsia="zh-CN"/>
              </w:rPr>
              <w:t xml:space="preserve"> 30 分，项目实战 70 分。</w:t>
            </w:r>
          </w:p>
        </w:tc>
      </w:tr>
      <w:tr w:rsidR="009B3513">
        <w:tc>
          <w:tcPr>
            <w:tcW w:w="19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20"/>
              </w:rPr>
              <w:t>评估目标</w:t>
            </w:r>
          </w:p>
        </w:tc>
        <w:tc>
          <w:tcPr>
            <w:tcW w:w="74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20"/>
                <w:lang w:eastAsia="zh-CN"/>
              </w:rPr>
              <w:t>考察学员能否把真实研发问题拆成 TRAE 可执行、团队可验收、后续可复用的工程任务。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  <w:lang w:eastAsia="zh-CN"/>
        </w:rPr>
      </w:pP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FF7E6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  <w:lang w:eastAsia="zh-CN"/>
              </w:rPr>
            </w:pPr>
            <w:r>
              <w:rPr>
                <w:b/>
                <w:color w:val="7A5A00"/>
                <w:sz w:val="21"/>
                <w:lang w:eastAsia="zh-CN"/>
              </w:rPr>
              <w:t>评估原则</w:t>
            </w:r>
          </w:p>
          <w:p w:rsidR="009B3513" w:rsidRDefault="00000000">
            <w:pPr>
              <w:spacing w:after="0" w:line="288" w:lineRule="auto"/>
              <w:rPr>
                <w:rFonts w:hint="default"/>
                <w:lang w:eastAsia="zh-CN"/>
              </w:rPr>
            </w:pPr>
            <w:r>
              <w:rPr>
                <w:color w:val="1F2937"/>
                <w:sz w:val="21"/>
                <w:lang w:eastAsia="zh-CN"/>
              </w:rPr>
              <w:t>本卷不以概念记忆为主，重点考察上下文选择、AI 任务委派、证据意识、风险识别、测试与 Review、资产沉淀能力。允许使用 TRAE，但必须提交过程记录。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  <w:lang w:eastAsia="zh-CN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一、考试结构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300"/>
        <w:gridCol w:w="1100"/>
        <w:gridCol w:w="2000"/>
        <w:gridCol w:w="3260"/>
      </w:tblGrid>
      <w:tr w:rsidR="009B3513">
        <w:trPr>
          <w:tblHeader/>
        </w:trPr>
        <w:tc>
          <w:tcPr>
            <w:tcW w:w="1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部分</w:t>
            </w:r>
          </w:p>
        </w:tc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时间</w:t>
            </w:r>
          </w:p>
        </w:tc>
        <w:tc>
          <w:tcPr>
            <w:tcW w:w="1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分值</w:t>
            </w:r>
          </w:p>
        </w:tc>
        <w:tc>
          <w:tcPr>
            <w:tcW w:w="20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形式</w:t>
            </w:r>
          </w:p>
        </w:tc>
        <w:tc>
          <w:tcPr>
            <w:tcW w:w="32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核心能力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 xml:space="preserve">A. </w:t>
            </w:r>
            <w:r w:rsidR="00594B39">
              <w:rPr>
                <w:sz w:val="19"/>
              </w:rPr>
              <w:t>实操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20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30 分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个人完成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Prompt 改写、证据判断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B. 项目实战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60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70 分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个人完成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项目理解、变更边界、测试安全网、Review 与交付</w:t>
            </w:r>
          </w:p>
        </w:tc>
      </w:tr>
      <w:tr w:rsidR="009B3513">
        <w:tc>
          <w:tcPr>
            <w:tcW w:w="17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提交检查</w:t>
            </w:r>
          </w:p>
        </w:tc>
        <w:tc>
          <w:tcPr>
            <w:tcW w:w="13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10 分钟</w:t>
            </w:r>
          </w:p>
        </w:tc>
        <w:tc>
          <w:tcPr>
            <w:tcW w:w="11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-</w:t>
            </w:r>
          </w:p>
        </w:tc>
        <w:tc>
          <w:tcPr>
            <w:tcW w:w="20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个人完成</w:t>
            </w:r>
          </w:p>
        </w:tc>
        <w:tc>
          <w:tcPr>
            <w:tcW w:w="32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核对目录、文件名与执行状态</w:t>
            </w:r>
          </w:p>
        </w:tc>
      </w:tr>
      <w:tr w:rsidR="00B97EBE">
        <w:tc>
          <w:tcPr>
            <w:tcW w:w="1700" w:type="dxa"/>
          </w:tcPr>
          <w:p w:rsidR="00B97EBE" w:rsidRDefault="00000000">
            <w:pPr>
              <w:rPr>
                <w:rFonts w:hint="default"/>
              </w:rPr>
            </w:pPr>
            <w:r>
              <w:t>合计</w:t>
            </w:r>
          </w:p>
        </w:tc>
        <w:tc>
          <w:tcPr>
            <w:tcW w:w="1300" w:type="dxa"/>
          </w:tcPr>
          <w:p w:rsidR="00B97EBE" w:rsidRDefault="00000000">
            <w:pPr>
              <w:rPr>
                <w:rFonts w:hint="default"/>
              </w:rPr>
            </w:pPr>
            <w:r>
              <w:t>90 分钟</w:t>
            </w:r>
          </w:p>
        </w:tc>
        <w:tc>
          <w:tcPr>
            <w:tcW w:w="1100" w:type="dxa"/>
          </w:tcPr>
          <w:p w:rsidR="00B97EBE" w:rsidRDefault="00000000">
            <w:pPr>
              <w:rPr>
                <w:rFonts w:hint="default"/>
              </w:rPr>
            </w:pPr>
            <w:r>
              <w:t>100 分</w:t>
            </w:r>
          </w:p>
        </w:tc>
        <w:tc>
          <w:tcPr>
            <w:tcW w:w="2000" w:type="dxa"/>
          </w:tcPr>
          <w:p w:rsidR="00B97EBE" w:rsidRDefault="00000000">
            <w:pPr>
              <w:rPr>
                <w:rFonts w:hint="default"/>
              </w:rPr>
            </w:pPr>
            <w:r>
              <w:t>上机 + 文档交付</w:t>
            </w:r>
          </w:p>
        </w:tc>
        <w:tc>
          <w:tcPr>
            <w:tcW w:w="3260" w:type="dxa"/>
          </w:tcPr>
          <w:p w:rsidR="00B97EBE" w:rsidRDefault="00000000">
            <w:pPr>
              <w:rPr>
                <w:rFonts w:hint="default"/>
                <w:lang w:eastAsia="zh-CN"/>
              </w:rPr>
            </w:pPr>
            <w:r>
              <w:rPr>
                <w:lang w:eastAsia="zh-CN"/>
              </w:rPr>
              <w:t>个人基本功 + 项目落地能力</w:t>
            </w:r>
          </w:p>
        </w:tc>
      </w:tr>
    </w:tbl>
    <w:p w:rsidR="009B3513" w:rsidRDefault="00000000">
      <w:pPr>
        <w:rPr>
          <w:rFonts w:hint="default"/>
          <w:lang w:eastAsia="zh-CN"/>
        </w:rPr>
      </w:pPr>
      <w:r>
        <w:rPr>
          <w:lang w:eastAsia="zh-CN"/>
        </w:rPr>
        <w:br w:type="page"/>
      </w: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lastRenderedPageBreak/>
        <w:t>二、最终提交物</w:t>
      </w:r>
    </w:p>
    <w:p w:rsidR="009B3513" w:rsidRDefault="00000000">
      <w:pPr>
        <w:spacing w:after="80" w:line="300" w:lineRule="auto"/>
        <w:rPr>
          <w:rFonts w:hint="default"/>
        </w:rPr>
      </w:pPr>
      <w:r>
        <w:t>使用 exam-kit/exam-output/ 中的模板提交，目录和文件名不得改动：</w:t>
      </w:r>
    </w:p>
    <w:p w:rsidR="009B3513" w:rsidRDefault="00000000">
      <w:pPr>
        <w:spacing w:after="160" w:line="300" w:lineRule="auto"/>
        <w:rPr>
          <w:rFonts w:hint="default"/>
        </w:rPr>
      </w:pPr>
      <w:r>
        <w:rPr>
          <w:color w:val="1F2937"/>
          <w:sz w:val="20"/>
        </w:rPr>
        <w:t>exam-output/</w:t>
      </w:r>
      <w:r>
        <w:rPr>
          <w:color w:val="1F2937"/>
          <w:sz w:val="20"/>
        </w:rPr>
        <w:br/>
        <w:t>├── 01-project-understanding.md</w:t>
      </w:r>
      <w:r>
        <w:rPr>
          <w:color w:val="1F2937"/>
          <w:sz w:val="20"/>
        </w:rPr>
        <w:br/>
        <w:t>├── 02-change-and-test.md</w:t>
      </w:r>
      <w:r>
        <w:rPr>
          <w:color w:val="1F2937"/>
          <w:sz w:val="20"/>
        </w:rPr>
        <w:br/>
        <w:t>├── 03-pr-and-assets.md</w:t>
      </w:r>
      <w:r>
        <w:rPr>
          <w:color w:val="1F2937"/>
          <w:sz w:val="20"/>
        </w:rPr>
        <w:br/>
        <w:t>└── trae-usage-record.md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B3513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文件</w:t>
            </w:r>
          </w:p>
        </w:tc>
        <w:tc>
          <w:tcPr>
            <w:tcW w:w="66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主要内容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01-project-understanding.md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结论摘要、证据表、影响与保护边界、待确认项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02-change-and-test.md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验收标准、校验位置、不改动项、测试矩阵、执行状态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03-pr-and-assets.md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Review、PR 说明、可复用 Prompt、Rule/Checklist/Skill 设计卡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trae-usage-record.md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Prompt、采纳/否决、人工判断点、证据或验证状态；缺失则任务 3 的如实记录项计 0 分</w:t>
            </w:r>
          </w:p>
        </w:tc>
      </w:tr>
    </w:tbl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sz w:val="32"/>
        </w:rPr>
        <w:t>考试输入与作答约束</w:t>
      </w:r>
    </w:p>
    <w:p w:rsidR="009B3513" w:rsidRDefault="00000000">
      <w:pPr>
        <w:spacing w:after="80" w:line="300" w:lineRule="auto"/>
        <w:rPr>
          <w:rFonts w:hint="default"/>
        </w:rPr>
      </w:pPr>
      <w:r>
        <w:t>B 卷仅以 exam-kit/ 中的固定版本、指定 diff 和模板为准。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B3513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项目</w:t>
            </w:r>
          </w:p>
        </w:tc>
        <w:tc>
          <w:tcPr>
            <w:tcW w:w="66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统一要求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固定源码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GitHub jeecgboot/JeecgBoot；标签 v3.9.2：7df07a823fd558be857d0208ccae96342539fbc1。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指定模块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jeecg-module-system；以 SysUserController.frozenBatch 和 SysUserServiceImpl.updateStatus 为事实入口。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指定 diff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exam-kit/review-diff.patch；仅以该两文件变更为 Review 输入。</w:t>
            </w:r>
          </w:p>
        </w:tc>
      </w:tr>
      <w:tr w:rsidR="009B3513">
        <w:tc>
          <w:tcPr>
            <w:tcW w:w="27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允许材料</w:t>
            </w:r>
          </w:p>
        </w:tc>
        <w:tc>
          <w:tcPr>
            <w:tcW w:w="666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TRAE、GitHub 固定版本与 exam-kit；版本不一致时记录环境问题并联系监考人员。</w:t>
            </w:r>
          </w:p>
        </w:tc>
      </w:tr>
    </w:tbl>
    <w:p w:rsidR="009B3513" w:rsidRDefault="00000000">
      <w:pPr>
        <w:rPr>
          <w:rFonts w:hint="default"/>
          <w:lang w:eastAsia="zh-CN"/>
        </w:rPr>
      </w:pPr>
      <w:r>
        <w:rPr>
          <w:lang w:eastAsia="zh-CN"/>
        </w:rPr>
        <w:br w:type="page"/>
      </w:r>
    </w:p>
    <w:p w:rsidR="009B3513" w:rsidRDefault="00000000">
      <w:pPr>
        <w:spacing w:before="360" w:line="300" w:lineRule="auto"/>
        <w:rPr>
          <w:rFonts w:hint="default"/>
          <w:lang w:eastAsia="zh-CN"/>
        </w:rPr>
      </w:pPr>
      <w:r>
        <w:rPr>
          <w:b/>
          <w:color w:val="2E74B5"/>
          <w:sz w:val="32"/>
          <w:lang w:eastAsia="zh-CN"/>
        </w:rPr>
        <w:lastRenderedPageBreak/>
        <w:t>A 卷：</w:t>
      </w:r>
      <w:r w:rsidR="00594B39">
        <w:rPr>
          <w:b/>
          <w:color w:val="2E74B5"/>
          <w:sz w:val="32"/>
          <w:lang w:eastAsia="zh-CN"/>
        </w:rPr>
        <w:t>实操</w:t>
      </w:r>
      <w:r>
        <w:rPr>
          <w:b/>
          <w:color w:val="2E74B5"/>
          <w:sz w:val="32"/>
          <w:lang w:eastAsia="zh-CN"/>
        </w:rPr>
        <w:t>（30 分）</w:t>
      </w:r>
    </w:p>
    <w:p w:rsidR="009B3513" w:rsidRDefault="00000000">
      <w:pPr>
        <w:spacing w:after="160" w:line="300" w:lineRule="auto"/>
        <w:rPr>
          <w:rFonts w:hint="default"/>
          <w:lang w:eastAsia="zh-CN"/>
        </w:rPr>
      </w:pPr>
      <w:r>
        <w:rPr>
          <w:lang w:eastAsia="zh-CN"/>
        </w:rPr>
        <w:t>本部分由学员个人完成，重点考察 TRAE 基础使用与 AI 协作基本功。限时 20 分钟。</w:t>
      </w:r>
    </w:p>
    <w:p w:rsidR="009B3513" w:rsidRDefault="00000000">
      <w:pPr>
        <w:keepNext/>
        <w:spacing w:before="280" w:after="140" w:line="300" w:lineRule="auto"/>
        <w:rPr>
          <w:rFonts w:hint="default"/>
          <w:lang w:eastAsia="zh-CN"/>
        </w:rPr>
      </w:pPr>
      <w:r>
        <w:rPr>
          <w:b/>
          <w:color w:val="2E74B5"/>
          <w:sz w:val="26"/>
          <w:lang w:eastAsia="zh-CN"/>
        </w:rPr>
        <w:t>题 1：Prompt 改写（15 分）</w:t>
      </w:r>
    </w:p>
    <w:p w:rsidR="009B3513" w:rsidRDefault="00000000">
      <w:pPr>
        <w:spacing w:after="60" w:line="300" w:lineRule="auto"/>
        <w:rPr>
          <w:rFonts w:hint="default"/>
        </w:rPr>
      </w:pPr>
      <w:r>
        <w:rPr>
          <w:b/>
          <w:color w:val="1F2937"/>
        </w:rPr>
        <w:t>给出坏 Prompt：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  <w:lang w:eastAsia="zh-CN"/>
              </w:rPr>
            </w:pPr>
            <w:r>
              <w:rPr>
                <w:b/>
                <w:sz w:val="21"/>
                <w:lang w:eastAsia="zh-CN"/>
              </w:rPr>
              <w:t>原始 Prompt</w:t>
            </w:r>
            <w:r>
              <w:rPr>
                <w:b/>
                <w:sz w:val="21"/>
                <w:lang w:eastAsia="zh-CN"/>
              </w:rPr>
              <w:br/>
              <w:t>帮我看一下系统用户批量冻结/解冻功能有没有问题。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  <w:lang w:eastAsia="zh-CN"/>
        </w:rPr>
      </w:pPr>
    </w:p>
    <w:p w:rsidR="009B3513" w:rsidRDefault="00000000">
      <w:pPr>
        <w:spacing w:after="120" w:line="300" w:lineRule="auto"/>
        <w:rPr>
          <w:rFonts w:hint="default"/>
          <w:lang w:eastAsia="zh-CN"/>
        </w:rPr>
      </w:pPr>
      <w:r>
        <w:rPr>
          <w:color w:val="1F2937"/>
          <w:lang w:eastAsia="zh-CN"/>
        </w:rPr>
        <w:t>要求：请改写成适合 TRAE 执行的任务，必须包含背景、目标、范围、约束、输出格式、验收标准，并说明不确定时应先提问。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背景与目标清楚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范围可控，限定目录、文件、接口或页面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2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约束清楚，含项目规则、安全、权限、测试要求及信息不足时先提问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输出格式明确，如表格、清单、报告或 PR 说明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验收标准和证据要求明确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3</w:t>
            </w:r>
          </w:p>
        </w:tc>
      </w:tr>
    </w:tbl>
    <w:p w:rsidR="009B3513" w:rsidRDefault="00000000">
      <w:pPr>
        <w:keepNext/>
        <w:spacing w:before="280" w:after="140" w:line="300" w:lineRule="auto"/>
        <w:rPr>
          <w:rFonts w:hint="default"/>
          <w:lang w:eastAsia="zh-CN"/>
        </w:rPr>
      </w:pPr>
      <w:r>
        <w:rPr>
          <w:b/>
          <w:color w:val="2E74B5"/>
          <w:sz w:val="26"/>
          <w:lang w:eastAsia="zh-CN"/>
        </w:rPr>
        <w:t>题 2：AI 输出可信度判断（15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rPr>
          <w:color w:val="1F2937"/>
        </w:rPr>
        <w:t>给出 AI 输出：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  <w:lang w:eastAsia="zh-CN"/>
              </w:rPr>
            </w:pPr>
            <w:r>
              <w:rPr>
                <w:b/>
                <w:sz w:val="21"/>
                <w:lang w:eastAsia="zh-CN"/>
              </w:rPr>
              <w:t>AI 输出片段</w:t>
            </w:r>
            <w:r>
              <w:rPr>
                <w:b/>
                <w:sz w:val="21"/>
                <w:lang w:eastAsia="zh-CN"/>
              </w:rPr>
              <w:br/>
              <w:t>页面已限制状态值，因此 Service 不需要校验；直接调用接口也不会有问题。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  <w:lang w:eastAsia="zh-CN"/>
        </w:rPr>
      </w:pPr>
    </w:p>
    <w:p w:rsidR="009B3513" w:rsidRDefault="00000000">
      <w:pPr>
        <w:spacing w:after="120" w:line="300" w:lineRule="auto"/>
        <w:rPr>
          <w:rFonts w:hint="default"/>
          <w:lang w:eastAsia="zh-CN"/>
        </w:rPr>
      </w:pPr>
      <w:r>
        <w:rPr>
          <w:color w:val="1F2937"/>
          <w:lang w:eastAsia="zh-CN"/>
        </w:rPr>
        <w:t>要求：指出这段输出的问题，并写出你会如何追问 TRAE。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参考判断点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19"/>
                <w:lang w:eastAsia="zh-CN"/>
              </w:rPr>
              <w:t>指出前端必填不能替代后端业务保护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要求提供取消接口、Service 或调用链证据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19"/>
                <w:lang w:eastAsia="zh-CN"/>
              </w:rPr>
              <w:t>要求定位状态变化和车辆释放的先后关系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color w:val="1F2937"/>
                <w:sz w:val="19"/>
                <w:lang w:eastAsia="zh-CN"/>
              </w:rPr>
              <w:t>要求检查权限、审计或测试验证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能写出证据表或追问 Prompt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3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rPr>
          <w:rFonts w:hint="default"/>
        </w:rPr>
      </w:pPr>
      <w:r>
        <w:br w:type="page"/>
      </w:r>
    </w:p>
    <w:p w:rsidR="009B3513" w:rsidRDefault="00000000">
      <w:pPr>
        <w:spacing w:before="360" w:line="300" w:lineRule="auto"/>
        <w:rPr>
          <w:rFonts w:hint="default"/>
          <w:lang w:eastAsia="zh-CN"/>
        </w:rPr>
      </w:pPr>
      <w:r>
        <w:rPr>
          <w:b/>
          <w:sz w:val="32"/>
          <w:lang w:eastAsia="zh-CN"/>
        </w:rPr>
        <w:lastRenderedPageBreak/>
        <w:t>B 卷：系统用户状态管理项目实战（70 分）</w:t>
      </w:r>
    </w:p>
    <w:p w:rsidR="009B3513" w:rsidRDefault="00000000">
      <w:pPr>
        <w:spacing w:after="160" w:line="300" w:lineRule="auto"/>
        <w:rPr>
          <w:rFonts w:hint="default"/>
          <w:lang w:eastAsia="zh-CN"/>
        </w:rPr>
      </w:pPr>
      <w:r>
        <w:rPr>
          <w:lang w:eastAsia="zh-CN"/>
        </w:rPr>
        <w:t>本部分使用 exam-kit 指定版本的 JeecgBoot 系统用户模块，由学员个人完成。限时 60 分钟。</w:t>
      </w:r>
    </w:p>
    <w:tbl>
      <w:tblPr>
        <w:tblW w:w="9360" w:type="dxa"/>
        <w:tblInd w:w="120" w:type="dxa"/>
        <w:tblBorders>
          <w:top w:val="single" w:sz="6" w:space="0" w:color="D8B45E"/>
          <w:left w:val="single" w:sz="6" w:space="0" w:color="D8B45E"/>
          <w:bottom w:val="single" w:sz="6" w:space="0" w:color="D8B45E"/>
          <w:right w:val="single" w:sz="6" w:space="0" w:color="D8B45E"/>
          <w:insideH w:val="single" w:sz="6" w:space="0" w:color="D8B45E"/>
          <w:insideV w:val="single" w:sz="6" w:space="0" w:color="D8B45E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B3513">
        <w:tc>
          <w:tcPr>
            <w:tcW w:w="9360" w:type="dxa"/>
            <w:shd w:val="clear" w:color="auto" w:fill="F2F4F7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9B3513" w:rsidRDefault="00000000">
            <w:pPr>
              <w:spacing w:after="60" w:line="288" w:lineRule="auto"/>
              <w:rPr>
                <w:rFonts w:hint="default"/>
                <w:lang w:eastAsia="zh-CN"/>
              </w:rPr>
            </w:pPr>
            <w:r>
              <w:rPr>
                <w:b/>
                <w:sz w:val="21"/>
                <w:lang w:eastAsia="zh-CN"/>
              </w:rPr>
              <w:t>实战任务背景</w:t>
            </w:r>
            <w:r>
              <w:rPr>
                <w:b/>
                <w:sz w:val="21"/>
                <w:lang w:eastAsia="zh-CN"/>
              </w:rPr>
              <w:br/>
              <w:t>案例使用 GitHub 公开的 JeecgBoot v3.9.2 中系统用户模块。训练改造要求：批量冻结/解冻用户时，后端必须拒绝空白或 1、2 之外的状态值；页面限制不能替代 Service 入口的业务保护。本次考试不要求完整开发所有代码，重点考察如何使用 TRAE 完成项目理解、变更边界分析、测试设计、Review 和资产沉淀。</w:t>
            </w:r>
          </w:p>
        </w:tc>
      </w:tr>
    </w:tbl>
    <w:p w:rsidR="009B3513" w:rsidRDefault="009B3513">
      <w:pPr>
        <w:spacing w:after="40" w:line="300" w:lineRule="auto"/>
        <w:rPr>
          <w:rFonts w:hint="default"/>
          <w:lang w:eastAsia="zh-CN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  <w:lang w:eastAsia="zh-CN"/>
        </w:rPr>
      </w:pPr>
      <w:r>
        <w:rPr>
          <w:b/>
          <w:color w:val="2E74B5"/>
          <w:sz w:val="26"/>
          <w:lang w:eastAsia="zh-CN"/>
        </w:rPr>
        <w:t>任务 1：项目理解与影响分析（25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t>使用 TRAE 完成 01-project-understanding.md：说明系统用户模块结构、批量冻结/解冻接口、Service 入口、权限、管理员保护、缓存和测试入口。证据表至少含 5 条有效依据，每条必须写文件路径、符号或方法，以及它证明的结论；另说明非法状态值与接口、用户状态写入、缓存失效的影响关系，并区分事实、推断和待确认项。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系统用户模块与批量冻结/解冻入口明确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frozenBatch 接口、Controller 与 Service 调用链明确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  <w:lang w:eastAsia="zh-CN"/>
              </w:rPr>
            </w:pPr>
            <w:r>
              <w:rPr>
                <w:sz w:val="19"/>
                <w:lang w:eastAsia="zh-CN"/>
              </w:rPr>
              <w:t>权限、管理员保护、缓存和测试入口明确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至少 5 条有效证据，每条含路径、符号和证明内容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7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影响与保护边界完整，并区分事实、推断和待确认项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t>任务 2：最小改造与测试安全网（25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t>完成 02-change-and-test.md：说明应在哪个方法、哪次用户状态写入之前校验非法状态值；列出不改动的接口权限、管理员保护和缓存失效逻辑及依据；为空白或非法状态、正常冻结、正常解冻、无权限调用、管理员保护与缓存/用户状态回归逐项写明预期结果、验证入口、执行状态。已执行项必须给出命令和结果，未执行项必须说明原因和计划验证方式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状态校验改造目标和验收标准清楚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校验方法、位置和副作用前后顺序正确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不改动项及其依据清楚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非法状态、冻结、解冻、权限、管理员保护/缓存五类场景完整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8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验证命令、执行结果或未执行原因明确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4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keepNext/>
        <w:spacing w:before="280" w:after="140" w:line="300" w:lineRule="auto"/>
        <w:rPr>
          <w:rFonts w:hint="default"/>
        </w:rPr>
      </w:pPr>
      <w:r>
        <w:rPr>
          <w:b/>
          <w:color w:val="2E74B5"/>
          <w:sz w:val="26"/>
        </w:rPr>
        <w:lastRenderedPageBreak/>
        <w:t>任务 3：Review、PR 与资产沉淀（20 分）</w:t>
      </w:r>
    </w:p>
    <w:p w:rsidR="009B3513" w:rsidRDefault="00000000">
      <w:pPr>
        <w:spacing w:after="120" w:line="300" w:lineRule="auto"/>
        <w:rPr>
          <w:rFonts w:hint="default"/>
        </w:rPr>
      </w:pPr>
      <w:r>
        <w:t>基于 exam-kit/review-diff.patch 的实际两文件 diff，完成 03-pr-and-assets.md：生成 Review 和 PR 说明，再输出一条可复用 Prompt 及一条 Rule、Checklist 或 Skill 设计卡。Review 可以得出“未发现阻断问题”的结论，但必须说明检查范围、证据和残余风险；所有已执行与未执行的验证必须如实标注。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860"/>
      </w:tblGrid>
      <w:tr w:rsidR="009B3513">
        <w:trPr>
          <w:tblHeader/>
        </w:trPr>
        <w:tc>
          <w:tcPr>
            <w:tcW w:w="7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评分项</w:t>
            </w:r>
          </w:p>
        </w:tc>
        <w:tc>
          <w:tcPr>
            <w:tcW w:w="18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分值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Review 结论、证据、风险和验收方式完整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PR 说明包含背景、实现、测试和风险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可复用 Prompt 的输入、约束、输出和验收清楚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5</w:t>
            </w:r>
          </w:p>
        </w:tc>
      </w:tr>
      <w:tr w:rsidR="009B3513">
        <w:tc>
          <w:tcPr>
            <w:tcW w:w="75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Rule、Checklist 或 Skill 设计卡的边界和验收清楚</w:t>
            </w:r>
          </w:p>
        </w:tc>
        <w:tc>
          <w:tcPr>
            <w:tcW w:w="186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9"/>
              </w:rPr>
              <w:t>3</w:t>
            </w:r>
          </w:p>
        </w:tc>
      </w:tr>
      <w:tr w:rsidR="00B97EBE">
        <w:tc>
          <w:tcPr>
            <w:tcW w:w="7500" w:type="dxa"/>
          </w:tcPr>
          <w:p w:rsidR="00B97EBE" w:rsidRDefault="00000000">
            <w:pPr>
              <w:rPr>
                <w:rFonts w:hint="default"/>
              </w:rPr>
            </w:pPr>
            <w:r>
              <w:t>AI 使用记录完整；不编造测试结果，能说明人工取舍</w:t>
            </w:r>
          </w:p>
        </w:tc>
        <w:tc>
          <w:tcPr>
            <w:tcW w:w="1860" w:type="dxa"/>
          </w:tcPr>
          <w:p w:rsidR="00B97EBE" w:rsidRDefault="00000000">
            <w:pPr>
              <w:rPr>
                <w:rFonts w:hint="default"/>
              </w:rPr>
            </w:pPr>
            <w:r>
              <w:t>2</w:t>
            </w:r>
          </w:p>
        </w:tc>
      </w:tr>
    </w:tbl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sz w:val="32"/>
        </w:rPr>
        <w:t>三、阅卷通用原则（不重复计分）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900"/>
        <w:gridCol w:w="3660"/>
      </w:tblGrid>
      <w:tr w:rsidR="009B3513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阅卷原则</w:t>
            </w:r>
          </w:p>
        </w:tc>
        <w:tc>
          <w:tcPr>
            <w:tcW w:w="39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优秀表现</w:t>
            </w:r>
          </w:p>
        </w:tc>
        <w:tc>
          <w:tcPr>
            <w:tcW w:w="36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9"/>
              </w:rPr>
              <w:t>使用方式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证据意识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结论能引用文件、函数、接口、日志或数据来源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仅用于判断对应任务中的证据项，不单独追加扣分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上下文选择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知道先全局找路，再文件聚焦，再代码细查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仅用于判断对应任务中的任务表达与证据项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任务表达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背景、目标、范围、约束、输出、验收完整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 A 卷 Prompt 改写项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风险意识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能识别权限、状态、审计、异常态、测试缺口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 B 卷影响、测试和 Review 项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人机协作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知道哪些让 AI 做，哪些必须人工确认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 AI 使用记录与待确认项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资产意识</w:t>
            </w:r>
          </w:p>
        </w:tc>
        <w:tc>
          <w:tcPr>
            <w:tcW w:w="390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能沉淀可复用 Prompt、Rule、Checklist、Skill</w:t>
            </w:r>
          </w:p>
        </w:tc>
        <w:tc>
          <w:tcPr>
            <w:tcW w:w="36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9"/>
              </w:rPr>
              <w:t>仅用于判断任务 3 的资产项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t>四、等级建议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200"/>
        <w:gridCol w:w="6560"/>
      </w:tblGrid>
      <w:tr w:rsidR="009B3513">
        <w:trPr>
          <w:tblHeader/>
        </w:trPr>
        <w:tc>
          <w:tcPr>
            <w:tcW w:w="1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分数段</w:t>
            </w:r>
          </w:p>
        </w:tc>
        <w:tc>
          <w:tcPr>
            <w:tcW w:w="12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等级</w:t>
            </w:r>
          </w:p>
        </w:tc>
        <w:tc>
          <w:tcPr>
            <w:tcW w:w="6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color w:val="1F2937"/>
                <w:sz w:val="19"/>
              </w:rPr>
              <w:t>能力判断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90-100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优秀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能独立把 TRAE 用进项目研发流程，并能沉淀团队资产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80-89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良好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能完成主要任务，证据和资产意识较好，少量细节需完善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70-79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合格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掌握基本使用方法，但项目风险、测试或资产沉淀不够稳定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60-69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待提升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能完成部分操作，但任务委派和证据意识薄弱</w:t>
            </w:r>
          </w:p>
        </w:tc>
      </w:tr>
      <w:tr w:rsidR="009B3513">
        <w:tc>
          <w:tcPr>
            <w:tcW w:w="16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60 以下</w:t>
            </w:r>
          </w:p>
        </w:tc>
        <w:tc>
          <w:tcPr>
            <w:tcW w:w="12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color w:val="1F2937"/>
                <w:sz w:val="19"/>
              </w:rPr>
              <w:t>不通过</w:t>
            </w:r>
          </w:p>
        </w:tc>
        <w:tc>
          <w:tcPr>
            <w:tcW w:w="6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color w:val="1F2937"/>
                <w:sz w:val="19"/>
              </w:rPr>
              <w:t>主要依赖泛泛 Prompt，不能形成可验收产物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p w:rsidR="009B3513" w:rsidRDefault="00000000">
      <w:pPr>
        <w:spacing w:before="360" w:line="300" w:lineRule="auto"/>
        <w:rPr>
          <w:rFonts w:hint="default"/>
        </w:rPr>
      </w:pPr>
      <w:r>
        <w:rPr>
          <w:b/>
          <w:color w:val="2E74B5"/>
          <w:sz w:val="32"/>
        </w:rPr>
        <w:lastRenderedPageBreak/>
        <w:t>五、组织与阅卷建议</w:t>
      </w:r>
    </w:p>
    <w:tbl>
      <w:tblPr>
        <w:tblW w:w="9360" w:type="dxa"/>
        <w:tblInd w:w="120" w:type="dxa"/>
        <w:tblBorders>
          <w:top w:val="single" w:sz="6" w:space="0" w:color="AEB7C2"/>
          <w:left w:val="single" w:sz="6" w:space="0" w:color="AEB7C2"/>
          <w:bottom w:val="single" w:sz="6" w:space="0" w:color="AEB7C2"/>
          <w:right w:val="single" w:sz="6" w:space="0" w:color="AEB7C2"/>
          <w:insideH w:val="single" w:sz="6" w:space="0" w:color="AEB7C2"/>
          <w:insideV w:val="single" w:sz="6" w:space="0" w:color="AEB7C2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9B3513">
        <w:trPr>
          <w:tblHeader/>
        </w:trPr>
        <w:tc>
          <w:tcPr>
            <w:tcW w:w="1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8"/>
              </w:rPr>
              <w:t>环节</w:t>
            </w:r>
          </w:p>
        </w:tc>
        <w:tc>
          <w:tcPr>
            <w:tcW w:w="75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b/>
                <w:sz w:val="18"/>
              </w:rPr>
              <w:t>要求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8"/>
              </w:rPr>
              <w:t>发卷前检查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8"/>
              </w:rPr>
              <w:t>发放 exam-kit；核对 GitHub 仓库、v3.9.2 完整提交和 review-diff.patch 均可读取。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8"/>
              </w:rPr>
              <w:t>考试输入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8"/>
              </w:rPr>
              <w:t>考试前完成 GitHub 固定版本下载；版本不一致时由监考人员处理，不得由学员自行替换版本。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8"/>
              </w:rPr>
              <w:t>过程记录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8"/>
              </w:rPr>
              <w:t>必须提交 trae-usage-record.md；缺失时任务 3 的 AI 使用记录项计 0 分。</w:t>
            </w:r>
          </w:p>
        </w:tc>
      </w:tr>
      <w:tr w:rsidR="009B3513">
        <w:tc>
          <w:tcPr>
            <w:tcW w:w="1800" w:type="dxa"/>
          </w:tcPr>
          <w:p w:rsidR="009B3513" w:rsidRDefault="00000000">
            <w:pPr>
              <w:spacing w:after="0"/>
              <w:jc w:val="center"/>
              <w:rPr>
                <w:rFonts w:hint="default"/>
              </w:rPr>
            </w:pPr>
            <w:r>
              <w:rPr>
                <w:sz w:val="18"/>
              </w:rPr>
              <w:t>阅卷方式</w:t>
            </w:r>
          </w:p>
        </w:tc>
        <w:tc>
          <w:tcPr>
            <w:tcW w:w="7560" w:type="dxa"/>
          </w:tcPr>
          <w:p w:rsidR="009B3513" w:rsidRDefault="00000000">
            <w:pPr>
              <w:spacing w:after="0"/>
              <w:rPr>
                <w:rFonts w:hint="default"/>
              </w:rPr>
            </w:pPr>
            <w:r>
              <w:rPr>
                <w:sz w:val="18"/>
              </w:rPr>
              <w:t>先核对四个交付文件，再按对应评分表打分；通用原则不重复扣分。</w:t>
            </w:r>
          </w:p>
        </w:tc>
      </w:tr>
      <w:tr w:rsidR="00B97EBE">
        <w:tc>
          <w:tcPr>
            <w:tcW w:w="1800" w:type="dxa"/>
          </w:tcPr>
          <w:p w:rsidR="00B97EBE" w:rsidRDefault="00000000">
            <w:pPr>
              <w:rPr>
                <w:rFonts w:hint="default"/>
              </w:rPr>
            </w:pPr>
            <w:r>
              <w:t>独立作答</w:t>
            </w:r>
          </w:p>
        </w:tc>
        <w:tc>
          <w:tcPr>
            <w:tcW w:w="7560" w:type="dxa"/>
          </w:tcPr>
          <w:p w:rsidR="00B97EBE" w:rsidRDefault="00000000">
            <w:pPr>
              <w:rPr>
                <w:rFonts w:hint="default"/>
              </w:rPr>
            </w:pPr>
            <w:r>
              <w:t>抽查关键路径、证据来源和人工取舍，确认交付物与作答者理解一致。</w:t>
            </w:r>
          </w:p>
        </w:tc>
      </w:tr>
    </w:tbl>
    <w:p w:rsidR="009B3513" w:rsidRDefault="009B3513">
      <w:pPr>
        <w:spacing w:after="80" w:line="300" w:lineRule="auto"/>
        <w:rPr>
          <w:rFonts w:hint="default"/>
        </w:rPr>
      </w:pPr>
    </w:p>
    <w:sectPr w:rsidR="009B3513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10BE" w:rsidRDefault="000E10BE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:rsidR="000E10BE" w:rsidRDefault="000E10BE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3513" w:rsidRDefault="00594B39">
    <w:pPr>
      <w:pStyle w:val="a7"/>
      <w:spacing w:line="300" w:lineRule="auto"/>
      <w:jc w:val="center"/>
      <w:rPr>
        <w:rFonts w:hint="default"/>
      </w:rPr>
    </w:pPr>
    <w:r>
      <w:rPr>
        <w:color w:val="6B7280"/>
        <w:sz w:val="18"/>
      </w:rPr>
      <w:t>实操</w:t>
    </w:r>
    <w:r w:rsidR="00000000">
      <w:rPr>
        <w:color w:val="6B7280"/>
        <w:sz w:val="18"/>
      </w:rPr>
      <w:t xml:space="preserve"> + 公务用车项目实战综合卷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10BE" w:rsidRDefault="000E10BE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:rsidR="000E10BE" w:rsidRDefault="000E10BE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3513" w:rsidRDefault="00000000">
    <w:pPr>
      <w:pStyle w:val="a5"/>
      <w:spacing w:line="300" w:lineRule="auto"/>
      <w:jc w:val="right"/>
      <w:rPr>
        <w:rFonts w:hint="default"/>
      </w:rPr>
    </w:pPr>
    <w:r>
      <w:rPr>
        <w:color w:val="6B7280"/>
        <w:sz w:val="18"/>
      </w:rPr>
      <w:t>TRAE 编程培训考试评估卷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238048">
    <w:abstractNumId w:val="8"/>
  </w:num>
  <w:num w:numId="2" w16cid:durableId="892933066">
    <w:abstractNumId w:val="6"/>
  </w:num>
  <w:num w:numId="3" w16cid:durableId="224605569">
    <w:abstractNumId w:val="5"/>
  </w:num>
  <w:num w:numId="4" w16cid:durableId="1795557925">
    <w:abstractNumId w:val="4"/>
  </w:num>
  <w:num w:numId="5" w16cid:durableId="1733625069">
    <w:abstractNumId w:val="7"/>
  </w:num>
  <w:num w:numId="6" w16cid:durableId="1998265989">
    <w:abstractNumId w:val="3"/>
  </w:num>
  <w:num w:numId="7" w16cid:durableId="229774745">
    <w:abstractNumId w:val="2"/>
  </w:num>
  <w:num w:numId="8" w16cid:durableId="1191525335">
    <w:abstractNumId w:val="1"/>
  </w:num>
  <w:num w:numId="9" w16cid:durableId="145975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10BE"/>
    <w:rsid w:val="0015074B"/>
    <w:rsid w:val="0029639D"/>
    <w:rsid w:val="00326F90"/>
    <w:rsid w:val="00594B39"/>
    <w:rsid w:val="008003EF"/>
    <w:rsid w:val="009B3513"/>
    <w:rsid w:val="00A54876"/>
    <w:rsid w:val="00AA1D8D"/>
    <w:rsid w:val="00B47730"/>
    <w:rsid w:val="00B97E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F8E74F1-67FC-B643-8621-C24C8E78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 w:cs="宋体" w:hint="eastAsia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TRAE 编程培训考试评估卷（修订版）</dc:title>
  <dc:subject>实操与系统用户状态管理综合卷</dc:subject>
  <dc:creator>python-docx</dc:creator>
  <cp:keywords/>
  <dc:description>generated by python-docx</dc:description>
  <cp:lastModifiedBy>Microsoft Office User</cp:lastModifiedBy>
  <cp:revision>3</cp:revision>
  <dcterms:created xsi:type="dcterms:W3CDTF">2013-12-23T23:15:00Z</dcterms:created>
  <dcterms:modified xsi:type="dcterms:W3CDTF">2026-08-08T00:06:00Z</dcterms:modified>
  <cp:category/>
</cp:coreProperties>
</file>